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358" w:type="dxa"/>
        <w:jc w:val="center"/>
        <w:tblLook w:val="01E0" w:firstRow="1" w:lastRow="1" w:firstColumn="1" w:lastColumn="1" w:noHBand="0" w:noVBand="0"/>
      </w:tblPr>
      <w:tblGrid>
        <w:gridCol w:w="5150"/>
        <w:gridCol w:w="6208"/>
      </w:tblGrid>
      <w:tr w:rsidR="00F8745C" w:rsidRPr="00F8745C" w14:paraId="51285DEF" w14:textId="77777777" w:rsidTr="00A955B7">
        <w:trPr>
          <w:trHeight w:val="1088"/>
          <w:jc w:val="center"/>
        </w:trPr>
        <w:tc>
          <w:tcPr>
            <w:tcW w:w="5150" w:type="dxa"/>
          </w:tcPr>
          <w:p w14:paraId="3B9C55F8" w14:textId="303DDE2A" w:rsidR="00F8745C" w:rsidRPr="00F8745C" w:rsidRDefault="00F8745C" w:rsidP="00175A2D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nb-NO"/>
              </w:rPr>
            </w:pPr>
            <w:r w:rsidRPr="00F8745C">
              <w:rPr>
                <w:rFonts w:ascii="Times New Roman" w:hAnsi="Times New Roman" w:cs="Times New Roman"/>
                <w:bCs/>
                <w:sz w:val="28"/>
                <w:szCs w:val="28"/>
                <w:lang w:val="nb-NO"/>
              </w:rPr>
              <w:t>SỞ GIÁO DỤC VÀ ĐÀO TẠO</w:t>
            </w:r>
          </w:p>
          <w:p w14:paraId="158A43EC" w14:textId="30DEA10A" w:rsidR="00F8745C" w:rsidRPr="00F8745C" w:rsidRDefault="00F8745C" w:rsidP="00175A2D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nb-NO"/>
              </w:rPr>
            </w:pPr>
            <w:r w:rsidRPr="00F8745C">
              <w:rPr>
                <w:rFonts w:ascii="Times New Roman" w:hAnsi="Times New Roman" w:cs="Times New Roman"/>
                <w:bCs/>
                <w:sz w:val="28"/>
                <w:szCs w:val="28"/>
                <w:lang w:val="nb-NO"/>
              </w:rPr>
              <w:t>THÀNH PHỐ HỒ CHÍ MINH</w:t>
            </w:r>
          </w:p>
          <w:p w14:paraId="78308887" w14:textId="77777777" w:rsidR="00A955B7" w:rsidRPr="00A955B7" w:rsidRDefault="00A955B7" w:rsidP="00A955B7">
            <w:pPr>
              <w:spacing w:after="0"/>
              <w:ind w:firstLine="34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b-NO"/>
              </w:rPr>
            </w:pPr>
            <w:r w:rsidRPr="00A955B7">
              <w:rPr>
                <w:rFonts w:ascii="Times New Roman" w:hAnsi="Times New Roman" w:cs="Times New Roman"/>
                <w:b/>
                <w:sz w:val="26"/>
                <w:szCs w:val="26"/>
                <w:lang w:val="nb-NO"/>
              </w:rPr>
              <w:t>TRƯỜNG TRUNG HỌC PHỔ THÔNG</w:t>
            </w:r>
          </w:p>
          <w:p w14:paraId="78F2A783" w14:textId="44A5E28C" w:rsidR="00A955B7" w:rsidRPr="00A955B7" w:rsidRDefault="00A955B7" w:rsidP="00A955B7">
            <w:pPr>
              <w:spacing w:after="0"/>
              <w:ind w:firstLine="34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b-NO"/>
              </w:rPr>
            </w:pPr>
            <w:r w:rsidRPr="00A955B7">
              <w:rPr>
                <w:rFonts w:ascii="Times New Roman" w:eastAsia="Calibri" w:hAnsi="Times New Roman" w:cs="Times New Roman"/>
                <w:b/>
                <w:noProof/>
                <w:sz w:val="26"/>
                <w:szCs w:val="26"/>
                <w:lang w:val="nb-NO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2F26E58A" wp14:editId="469D538A">
                      <wp:simplePos x="0" y="0"/>
                      <wp:positionH relativeFrom="column">
                        <wp:posOffset>957579</wp:posOffset>
                      </wp:positionH>
                      <wp:positionV relativeFrom="paragraph">
                        <wp:posOffset>205104</wp:posOffset>
                      </wp:positionV>
                      <wp:extent cx="1228725" cy="9525"/>
                      <wp:effectExtent l="0" t="0" r="28575" b="28575"/>
                      <wp:wrapNone/>
                      <wp:docPr id="278897850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28725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C473D6" id="Straight Connector 6" o:spid="_x0000_s1026" style="position:absolute;flip: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5.4pt,16.15pt" to="172.1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"/>
                  </w:pict>
                </mc:Fallback>
              </mc:AlternateContent>
            </w:r>
            <w:r w:rsidRPr="00A955B7">
              <w:rPr>
                <w:rFonts w:ascii="Times New Roman" w:hAnsi="Times New Roman" w:cs="Times New Roman"/>
                <w:b/>
                <w:sz w:val="26"/>
                <w:szCs w:val="26"/>
                <w:lang w:val="nb-NO"/>
              </w:rPr>
              <w:t xml:space="preserve"> TÂN BÌNH - BÌNH DƯƠNG</w:t>
            </w:r>
          </w:p>
          <w:p w14:paraId="0C877FB5" w14:textId="77777777" w:rsidR="00F8745C" w:rsidRPr="00F8745C" w:rsidRDefault="00F8745C" w:rsidP="0068297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14:paraId="453AED9D" w14:textId="77777777" w:rsidR="00F8745C" w:rsidRPr="00F8745C" w:rsidRDefault="00F8745C" w:rsidP="00175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b-NO"/>
              </w:rPr>
            </w:pPr>
            <w:r w:rsidRPr="00F8745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b-NO"/>
              </w:rPr>
              <w:t>CỘNG HÒA XÃ HỘI CHỦ NGHĨA VIỆT NAM</w:t>
            </w:r>
          </w:p>
          <w:p w14:paraId="00BA75FB" w14:textId="44E09A9D" w:rsidR="00F8745C" w:rsidRPr="00F8745C" w:rsidRDefault="00F8745C" w:rsidP="00175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b-NO"/>
              </w:rPr>
            </w:pPr>
            <w:r w:rsidRPr="00F8745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b-NO"/>
              </w:rPr>
              <w:t>Độc lập – Tự do – Hạnh phúc</w:t>
            </w:r>
          </w:p>
          <w:p w14:paraId="0C4CDEC6" w14:textId="77984FCD" w:rsidR="00F8745C" w:rsidRPr="00F8745C" w:rsidRDefault="00F8745C" w:rsidP="00175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b-NO"/>
              </w:rPr>
            </w:pPr>
            <w:r w:rsidRPr="00F8745C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4" distB="4294967294" distL="114300" distR="114300" simplePos="0" relativeHeight="251656192" behindDoc="0" locked="0" layoutInCell="1" allowOverlap="1" wp14:anchorId="29860569" wp14:editId="3D76094F">
                      <wp:simplePos x="0" y="0"/>
                      <wp:positionH relativeFrom="column">
                        <wp:posOffset>861060</wp:posOffset>
                      </wp:positionH>
                      <wp:positionV relativeFrom="paragraph">
                        <wp:posOffset>15875</wp:posOffset>
                      </wp:positionV>
                      <wp:extent cx="2044700" cy="0"/>
                      <wp:effectExtent l="0" t="0" r="0" b="0"/>
                      <wp:wrapNone/>
                      <wp:docPr id="68539632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44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A440D0" id="Straight Connector 1" o:spid="_x0000_s1026" style="position:absolute;z-index:2516561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7.8pt,1.25pt" to="228.8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"/>
                  </w:pict>
                </mc:Fallback>
              </mc:AlternateContent>
            </w:r>
          </w:p>
          <w:p w14:paraId="7C0B1B6F" w14:textId="09A3F966" w:rsidR="00F8745C" w:rsidRPr="00F8745C" w:rsidRDefault="00F8745C" w:rsidP="00175A2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14:paraId="19C32B6B" w14:textId="0389FFD2" w:rsidR="0068297A" w:rsidRPr="00BE338B" w:rsidRDefault="0068297A" w:rsidP="0068297A">
      <w:pPr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</w:p>
    <w:p w14:paraId="4E6622AD" w14:textId="77777777" w:rsidR="008F388A" w:rsidRPr="008F388A" w:rsidRDefault="008F388A" w:rsidP="008F388A">
      <w:pPr>
        <w:jc w:val="center"/>
        <w:rPr>
          <w:rFonts w:ascii="Times New Roman" w:hAnsi="Times New Roman" w:cs="Times New Roman"/>
          <w:sz w:val="28"/>
          <w:szCs w:val="28"/>
        </w:rPr>
      </w:pPr>
      <w:r w:rsidRPr="008F388A">
        <w:rPr>
          <w:rFonts w:ascii="Times New Roman" w:hAnsi="Times New Roman" w:cs="Times New Roman"/>
          <w:b/>
          <w:sz w:val="28"/>
          <w:szCs w:val="28"/>
        </w:rPr>
        <w:t>ĐƠN ĐỀ NGHỊ BẢO LƯU</w:t>
      </w:r>
    </w:p>
    <w:p w14:paraId="3F4D26AE" w14:textId="77777777" w:rsidR="008F388A" w:rsidRPr="008F388A" w:rsidRDefault="008F388A" w:rsidP="008F388A">
      <w:pPr>
        <w:rPr>
          <w:rFonts w:ascii="Times New Roman" w:hAnsi="Times New Roman" w:cs="Times New Roman"/>
          <w:sz w:val="32"/>
          <w:szCs w:val="32"/>
        </w:rPr>
      </w:pPr>
    </w:p>
    <w:p w14:paraId="0DD1C744" w14:textId="45225E1E" w:rsidR="008F388A" w:rsidRPr="008F388A" w:rsidRDefault="008F388A" w:rsidP="008F388A">
      <w:pPr>
        <w:spacing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8F388A">
        <w:rPr>
          <w:rFonts w:ascii="Times New Roman" w:hAnsi="Times New Roman" w:cs="Times New Roman"/>
          <w:sz w:val="28"/>
          <w:szCs w:val="28"/>
        </w:rPr>
        <w:t>Kính gửi:  Hiệu trưởng trường</w:t>
      </w:r>
      <w:r>
        <w:rPr>
          <w:rFonts w:ascii="Times New Roman" w:hAnsi="Times New Roman" w:cs="Times New Roman"/>
          <w:sz w:val="28"/>
          <w:szCs w:val="28"/>
        </w:rPr>
        <w:t xml:space="preserve"> THPT Tân Bình-Bình Dương.</w:t>
      </w:r>
    </w:p>
    <w:p w14:paraId="43D63E51" w14:textId="2FD2A8A3" w:rsidR="008F388A" w:rsidRPr="008F388A" w:rsidRDefault="008F388A" w:rsidP="008F38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388A">
        <w:rPr>
          <w:rFonts w:ascii="Times New Roman" w:hAnsi="Times New Roman" w:cs="Times New Roman"/>
          <w:sz w:val="28"/>
          <w:szCs w:val="28"/>
        </w:rPr>
        <w:t xml:space="preserve">Tôi </w:t>
      </w:r>
      <w:proofErr w:type="gramStart"/>
      <w:r w:rsidRPr="008F388A">
        <w:rPr>
          <w:rFonts w:ascii="Times New Roman" w:hAnsi="Times New Roman" w:cs="Times New Roman"/>
          <w:sz w:val="28"/>
          <w:szCs w:val="28"/>
        </w:rPr>
        <w:t>tên :</w:t>
      </w:r>
      <w:proofErr w:type="gramEnd"/>
      <w:r w:rsidRPr="008F388A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……………………………………………………………………………</w:t>
      </w:r>
    </w:p>
    <w:p w14:paraId="0D216F43" w14:textId="65775219" w:rsidR="008F388A" w:rsidRPr="008F388A" w:rsidRDefault="008F388A" w:rsidP="008F38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388A">
        <w:rPr>
          <w:rFonts w:ascii="Times New Roman" w:hAnsi="Times New Roman" w:cs="Times New Roman"/>
          <w:sz w:val="28"/>
          <w:szCs w:val="28"/>
        </w:rPr>
        <w:t>PHHS em</w:t>
      </w:r>
      <w:proofErr w:type="gramStart"/>
      <w:r w:rsidRPr="008F388A">
        <w:rPr>
          <w:rFonts w:ascii="Times New Roman" w:hAnsi="Times New Roman" w:cs="Times New Roman"/>
          <w:sz w:val="28"/>
          <w:szCs w:val="28"/>
        </w:rPr>
        <w:t xml:space="preserve"> :…</w:t>
      </w:r>
      <w:proofErr w:type="gramEnd"/>
      <w:r w:rsidRPr="008F388A">
        <w:rPr>
          <w:rFonts w:ascii="Times New Roman" w:hAnsi="Times New Roman" w:cs="Times New Roman"/>
          <w:sz w:val="28"/>
          <w:szCs w:val="28"/>
        </w:rPr>
        <w:t>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…………………….</w:t>
      </w:r>
    </w:p>
    <w:p w14:paraId="56B61BE7" w14:textId="6AAC53A4" w:rsidR="008F388A" w:rsidRPr="008F388A" w:rsidRDefault="008F388A" w:rsidP="008F38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388A">
        <w:rPr>
          <w:rFonts w:ascii="Times New Roman" w:hAnsi="Times New Roman" w:cs="Times New Roman"/>
          <w:sz w:val="28"/>
          <w:szCs w:val="28"/>
        </w:rPr>
        <w:t>Sinh ngày: …………………</w:t>
      </w:r>
      <w:proofErr w:type="gramStart"/>
      <w:r w:rsidRPr="008F388A">
        <w:rPr>
          <w:rFonts w:ascii="Times New Roman" w:hAnsi="Times New Roman" w:cs="Times New Roman"/>
          <w:sz w:val="28"/>
          <w:szCs w:val="28"/>
        </w:rPr>
        <w:t>….Tại</w:t>
      </w:r>
      <w:proofErr w:type="gramEnd"/>
      <w:r w:rsidRPr="008F388A">
        <w:rPr>
          <w:rFonts w:ascii="Times New Roman" w:hAnsi="Times New Roman" w:cs="Times New Roman"/>
          <w:sz w:val="28"/>
          <w:szCs w:val="28"/>
        </w:rPr>
        <w:t xml:space="preserve"> số nhà …………………………………………</w:t>
      </w:r>
    </w:p>
    <w:p w14:paraId="23596076" w14:textId="43014D6B" w:rsidR="008F388A" w:rsidRPr="008F388A" w:rsidRDefault="008F388A" w:rsidP="008F38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388A">
        <w:rPr>
          <w:rFonts w:ascii="Times New Roman" w:hAnsi="Times New Roman" w:cs="Times New Roman"/>
          <w:sz w:val="28"/>
          <w:szCs w:val="28"/>
        </w:rPr>
        <w:t>Phường (xã)………………</w:t>
      </w:r>
      <w:proofErr w:type="gramStart"/>
      <w:r w:rsidRPr="008F388A">
        <w:rPr>
          <w:rFonts w:ascii="Times New Roman" w:hAnsi="Times New Roman" w:cs="Times New Roman"/>
          <w:sz w:val="28"/>
          <w:szCs w:val="28"/>
        </w:rPr>
        <w:t>….Quận</w:t>
      </w:r>
      <w:proofErr w:type="gramEnd"/>
      <w:r w:rsidRPr="008F388A">
        <w:rPr>
          <w:rFonts w:ascii="Times New Roman" w:hAnsi="Times New Roman" w:cs="Times New Roman"/>
          <w:sz w:val="28"/>
          <w:szCs w:val="28"/>
        </w:rPr>
        <w:t xml:space="preserve"> (huyện)…………………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</w:p>
    <w:p w14:paraId="36D645CA" w14:textId="4601A48D" w:rsidR="008F388A" w:rsidRPr="008F388A" w:rsidRDefault="008F388A" w:rsidP="008F38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388A">
        <w:rPr>
          <w:rFonts w:ascii="Times New Roman" w:hAnsi="Times New Roman" w:cs="Times New Roman"/>
          <w:sz w:val="28"/>
          <w:szCs w:val="28"/>
        </w:rPr>
        <w:t>Là học sinh lớp: ………Năm học: ………………</w:t>
      </w:r>
      <w:proofErr w:type="gramStart"/>
      <w:r w:rsidRPr="008F388A">
        <w:rPr>
          <w:rFonts w:ascii="Times New Roman" w:hAnsi="Times New Roman" w:cs="Times New Roman"/>
          <w:sz w:val="28"/>
          <w:szCs w:val="28"/>
        </w:rPr>
        <w:t>Trường :</w:t>
      </w:r>
      <w:proofErr w:type="gramEnd"/>
      <w:r w:rsidRPr="008F388A">
        <w:rPr>
          <w:rFonts w:ascii="Times New Roman" w:hAnsi="Times New Roman" w:cs="Times New Roman"/>
          <w:sz w:val="28"/>
          <w:szCs w:val="28"/>
        </w:rPr>
        <w:t xml:space="preserve"> ………………………</w:t>
      </w:r>
    </w:p>
    <w:p w14:paraId="521989F2" w14:textId="4A8C1C69" w:rsidR="008F388A" w:rsidRPr="008F388A" w:rsidRDefault="008F388A" w:rsidP="008F38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388A">
        <w:rPr>
          <w:rFonts w:ascii="Times New Roman" w:hAnsi="Times New Roman" w:cs="Times New Roman"/>
          <w:sz w:val="28"/>
          <w:szCs w:val="28"/>
        </w:rPr>
        <w:t>Nay tôi làm đơn này…………………..............................................................</w:t>
      </w:r>
    </w:p>
    <w:p w14:paraId="0FD8B3F3" w14:textId="7F856C4E" w:rsidR="008F388A" w:rsidRPr="008F388A" w:rsidRDefault="008F388A" w:rsidP="008F388A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8F388A">
        <w:rPr>
          <w:rFonts w:ascii="Times New Roman" w:hAnsi="Times New Roman" w:cs="Times New Roman"/>
          <w:sz w:val="28"/>
          <w:szCs w:val="28"/>
        </w:rPr>
        <w:t>Lý</w:t>
      </w:r>
      <w:r w:rsidRPr="008F38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F388A">
        <w:rPr>
          <w:rFonts w:ascii="Times New Roman" w:hAnsi="Times New Roman" w:cs="Times New Roman"/>
          <w:sz w:val="28"/>
          <w:szCs w:val="28"/>
        </w:rPr>
        <w:t>do:…</w:t>
      </w:r>
      <w:proofErr w:type="gramEnd"/>
      <w:r w:rsidRPr="008F388A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</w:t>
      </w:r>
    </w:p>
    <w:p w14:paraId="077C3577" w14:textId="4B9FA859" w:rsidR="008F388A" w:rsidRPr="008F388A" w:rsidRDefault="008F388A" w:rsidP="008F388A">
      <w:pPr>
        <w:spacing w:line="360" w:lineRule="auto"/>
        <w:rPr>
          <w:rFonts w:ascii="Times New Roman" w:hAnsi="Times New Roman" w:cs="Times New Roman"/>
          <w:i/>
          <w:iCs/>
          <w:sz w:val="26"/>
          <w:szCs w:val="26"/>
        </w:rPr>
      </w:pPr>
      <w:r w:rsidRPr="008F388A">
        <w:rPr>
          <w:rFonts w:ascii="Times New Roman" w:hAnsi="Times New Roman" w:cs="Times New Roman"/>
          <w:i/>
          <w:iCs/>
          <w:sz w:val="26"/>
          <w:szCs w:val="26"/>
        </w:rPr>
        <w:t xml:space="preserve">(Ghi chú: Hồ sơ đính kèm gồm hồ sơ có liên quan đến lí do xin bảo lưu: </w:t>
      </w:r>
      <w:r>
        <w:rPr>
          <w:rFonts w:ascii="Times New Roman" w:hAnsi="Times New Roman" w:cs="Times New Roman"/>
          <w:i/>
          <w:iCs/>
          <w:sz w:val="26"/>
          <w:szCs w:val="26"/>
        </w:rPr>
        <w:t>H</w:t>
      </w:r>
      <w:r w:rsidRPr="008F388A">
        <w:rPr>
          <w:rFonts w:ascii="Times New Roman" w:hAnsi="Times New Roman" w:cs="Times New Roman"/>
          <w:i/>
          <w:iCs/>
          <w:sz w:val="26"/>
          <w:szCs w:val="26"/>
        </w:rPr>
        <w:t xml:space="preserve">ồ sơ khám chữa </w:t>
      </w:r>
      <w:proofErr w:type="gramStart"/>
      <w:r w:rsidRPr="008F388A">
        <w:rPr>
          <w:rFonts w:ascii="Times New Roman" w:hAnsi="Times New Roman" w:cs="Times New Roman"/>
          <w:i/>
          <w:iCs/>
          <w:sz w:val="26"/>
          <w:szCs w:val="26"/>
        </w:rPr>
        <w:t>bệnh,…</w:t>
      </w:r>
      <w:proofErr w:type="gramEnd"/>
      <w:r w:rsidRPr="008F388A">
        <w:rPr>
          <w:rFonts w:ascii="Times New Roman" w:hAnsi="Times New Roman" w:cs="Times New Roman"/>
          <w:i/>
          <w:iCs/>
          <w:sz w:val="26"/>
          <w:szCs w:val="26"/>
        </w:rPr>
        <w:t xml:space="preserve">) </w:t>
      </w:r>
    </w:p>
    <w:p w14:paraId="431BD4F2" w14:textId="77777777" w:rsidR="008F388A" w:rsidRPr="008F388A" w:rsidRDefault="008F388A" w:rsidP="008F388A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1DC52307" w14:textId="4B75BB2E" w:rsidR="008F388A" w:rsidRPr="008F388A" w:rsidRDefault="008F388A" w:rsidP="008F38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F388A">
        <w:rPr>
          <w:rFonts w:ascii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F388A">
        <w:rPr>
          <w:rFonts w:ascii="Times New Roman" w:hAnsi="Times New Roman" w:cs="Times New Roman"/>
          <w:b/>
          <w:bCs/>
          <w:sz w:val="28"/>
          <w:szCs w:val="28"/>
        </w:rPr>
        <w:t>Ý kiến của BGH</w:t>
      </w:r>
      <w:r w:rsidRPr="008F388A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F388A">
        <w:rPr>
          <w:rFonts w:ascii="Times New Roman" w:hAnsi="Times New Roman" w:cs="Times New Roman"/>
          <w:i/>
          <w:iCs/>
          <w:sz w:val="26"/>
          <w:szCs w:val="26"/>
        </w:rPr>
        <w:t xml:space="preserve">TP. Hồ Chí Minh, ngày …tháng </w:t>
      </w:r>
      <w:proofErr w:type="gramStart"/>
      <w:r w:rsidRPr="008F388A">
        <w:rPr>
          <w:rFonts w:ascii="Times New Roman" w:hAnsi="Times New Roman" w:cs="Times New Roman"/>
          <w:i/>
          <w:iCs/>
          <w:sz w:val="26"/>
          <w:szCs w:val="26"/>
        </w:rPr>
        <w:t>…..</w:t>
      </w:r>
      <w:proofErr w:type="gramEnd"/>
      <w:r w:rsidRPr="008F388A">
        <w:rPr>
          <w:rFonts w:ascii="Times New Roman" w:hAnsi="Times New Roman" w:cs="Times New Roman"/>
          <w:i/>
          <w:iCs/>
          <w:sz w:val="26"/>
          <w:szCs w:val="26"/>
        </w:rPr>
        <w:t>năm</w:t>
      </w:r>
      <w:r w:rsidRPr="008F388A">
        <w:rPr>
          <w:rFonts w:ascii="Times New Roman" w:hAnsi="Times New Roman" w:cs="Times New Roman"/>
          <w:sz w:val="26"/>
          <w:szCs w:val="26"/>
        </w:rPr>
        <w:t xml:space="preserve"> …..             </w:t>
      </w:r>
    </w:p>
    <w:p w14:paraId="2EDD9897" w14:textId="3766EB49" w:rsidR="008F388A" w:rsidRPr="008F388A" w:rsidRDefault="008F388A" w:rsidP="008F388A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8F388A">
        <w:rPr>
          <w:rFonts w:ascii="Times New Roman" w:hAnsi="Times New Roman" w:cs="Times New Roman"/>
          <w:sz w:val="26"/>
          <w:szCs w:val="26"/>
        </w:rPr>
        <w:tab/>
      </w:r>
      <w:r w:rsidRPr="008F388A">
        <w:rPr>
          <w:rFonts w:ascii="Times New Roman" w:hAnsi="Times New Roman" w:cs="Times New Roman"/>
          <w:sz w:val="26"/>
          <w:szCs w:val="26"/>
        </w:rPr>
        <w:tab/>
      </w:r>
      <w:r w:rsidRPr="008F388A">
        <w:rPr>
          <w:rFonts w:ascii="Times New Roman" w:hAnsi="Times New Roman" w:cs="Times New Roman"/>
          <w:sz w:val="26"/>
          <w:szCs w:val="26"/>
        </w:rPr>
        <w:tab/>
      </w:r>
      <w:r w:rsidRPr="008F388A">
        <w:rPr>
          <w:rFonts w:ascii="Times New Roman" w:hAnsi="Times New Roman" w:cs="Times New Roman"/>
          <w:sz w:val="26"/>
          <w:szCs w:val="26"/>
        </w:rPr>
        <w:tab/>
      </w:r>
      <w:r w:rsidRPr="008F388A">
        <w:rPr>
          <w:rFonts w:ascii="Times New Roman" w:hAnsi="Times New Roman" w:cs="Times New Roman"/>
          <w:sz w:val="26"/>
          <w:szCs w:val="26"/>
        </w:rPr>
        <w:tab/>
      </w:r>
      <w:r w:rsidRPr="008F388A">
        <w:rPr>
          <w:rFonts w:ascii="Times New Roman" w:hAnsi="Times New Roman" w:cs="Times New Roman"/>
          <w:sz w:val="26"/>
          <w:szCs w:val="26"/>
        </w:rPr>
        <w:tab/>
      </w:r>
      <w:r w:rsidRPr="008F388A">
        <w:rPr>
          <w:rFonts w:ascii="Times New Roman" w:hAnsi="Times New Roman" w:cs="Times New Roman"/>
          <w:sz w:val="26"/>
          <w:szCs w:val="26"/>
        </w:rPr>
        <w:tab/>
      </w:r>
      <w:r w:rsidRPr="008F388A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</w:t>
      </w:r>
      <w:r w:rsidRPr="008F388A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 w:rsidRPr="008F388A">
        <w:rPr>
          <w:rFonts w:ascii="Times New Roman" w:hAnsi="Times New Roman" w:cs="Times New Roman"/>
          <w:b/>
          <w:bCs/>
          <w:sz w:val="26"/>
          <w:szCs w:val="26"/>
        </w:rPr>
        <w:t>Người làm đơn</w:t>
      </w:r>
    </w:p>
    <w:p w14:paraId="0633928E" w14:textId="77777777" w:rsidR="008F388A" w:rsidRPr="008F388A" w:rsidRDefault="008F388A" w:rsidP="008F388A">
      <w:pPr>
        <w:spacing w:after="0" w:line="240" w:lineRule="auto"/>
        <w:ind w:left="5040" w:firstLine="720"/>
        <w:rPr>
          <w:rFonts w:ascii="Times New Roman" w:hAnsi="Times New Roman" w:cs="Times New Roman"/>
          <w:i/>
          <w:iCs/>
          <w:sz w:val="26"/>
          <w:szCs w:val="26"/>
        </w:rPr>
      </w:pPr>
      <w:r w:rsidRPr="008F388A">
        <w:rPr>
          <w:rFonts w:ascii="Times New Roman" w:hAnsi="Times New Roman" w:cs="Times New Roman"/>
          <w:i/>
          <w:iCs/>
          <w:sz w:val="26"/>
          <w:szCs w:val="26"/>
        </w:rPr>
        <w:t xml:space="preserve">          (ký tên ghi rõ họ tên)</w:t>
      </w:r>
    </w:p>
    <w:p w14:paraId="7BF46906" w14:textId="77777777" w:rsidR="0068297A" w:rsidRPr="008F388A" w:rsidRDefault="0068297A" w:rsidP="0068297A">
      <w:pPr>
        <w:spacing w:after="12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68297A" w:rsidRPr="008F388A" w:rsidSect="00F8745C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A5E579B"/>
    <w:multiLevelType w:val="hybridMultilevel"/>
    <w:tmpl w:val="17685D5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0D9675F9"/>
    <w:multiLevelType w:val="hybridMultilevel"/>
    <w:tmpl w:val="88800EF4"/>
    <w:lvl w:ilvl="0" w:tplc="902A43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4A47F52"/>
    <w:multiLevelType w:val="multilevel"/>
    <w:tmpl w:val="5F72F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AA5C6E"/>
    <w:multiLevelType w:val="hybridMultilevel"/>
    <w:tmpl w:val="1B2483D8"/>
    <w:lvl w:ilvl="0" w:tplc="2A3A3F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E0B3D22"/>
    <w:multiLevelType w:val="multilevel"/>
    <w:tmpl w:val="1FDCA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3"/>
  </w:num>
  <w:num w:numId="11">
    <w:abstractNumId w:val="11"/>
  </w:num>
  <w:num w:numId="12">
    <w:abstractNumId w:val="10"/>
  </w:num>
  <w:num w:numId="13">
    <w:abstractNumId w:val="1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606C"/>
    <w:rsid w:val="00012F70"/>
    <w:rsid w:val="00034616"/>
    <w:rsid w:val="000351BF"/>
    <w:rsid w:val="000373A2"/>
    <w:rsid w:val="00043A9B"/>
    <w:rsid w:val="00044838"/>
    <w:rsid w:val="0006063C"/>
    <w:rsid w:val="000740ED"/>
    <w:rsid w:val="0015074B"/>
    <w:rsid w:val="00175A2D"/>
    <w:rsid w:val="001B04F8"/>
    <w:rsid w:val="001E74DC"/>
    <w:rsid w:val="0021301C"/>
    <w:rsid w:val="00287FDC"/>
    <w:rsid w:val="0029639D"/>
    <w:rsid w:val="002A1321"/>
    <w:rsid w:val="002B292C"/>
    <w:rsid w:val="002B2F54"/>
    <w:rsid w:val="002E3D6F"/>
    <w:rsid w:val="0030799E"/>
    <w:rsid w:val="0031786E"/>
    <w:rsid w:val="00326F90"/>
    <w:rsid w:val="003336B3"/>
    <w:rsid w:val="00343C34"/>
    <w:rsid w:val="00375C3E"/>
    <w:rsid w:val="003B2A68"/>
    <w:rsid w:val="003D320D"/>
    <w:rsid w:val="003F0EDD"/>
    <w:rsid w:val="003F5B5A"/>
    <w:rsid w:val="00410715"/>
    <w:rsid w:val="00433C83"/>
    <w:rsid w:val="0043476A"/>
    <w:rsid w:val="00497732"/>
    <w:rsid w:val="00497D61"/>
    <w:rsid w:val="004C21B6"/>
    <w:rsid w:val="004F009F"/>
    <w:rsid w:val="00502610"/>
    <w:rsid w:val="005039F5"/>
    <w:rsid w:val="0050484C"/>
    <w:rsid w:val="005976C3"/>
    <w:rsid w:val="005B6FE5"/>
    <w:rsid w:val="0063413F"/>
    <w:rsid w:val="0067376C"/>
    <w:rsid w:val="00675FB2"/>
    <w:rsid w:val="0068297A"/>
    <w:rsid w:val="006D5C23"/>
    <w:rsid w:val="007052D0"/>
    <w:rsid w:val="00787896"/>
    <w:rsid w:val="007C5AAD"/>
    <w:rsid w:val="007D35E8"/>
    <w:rsid w:val="007D7BFC"/>
    <w:rsid w:val="00810DB5"/>
    <w:rsid w:val="008324AF"/>
    <w:rsid w:val="00887B6E"/>
    <w:rsid w:val="0089095F"/>
    <w:rsid w:val="00893EEA"/>
    <w:rsid w:val="008F388A"/>
    <w:rsid w:val="00903A9C"/>
    <w:rsid w:val="00905D23"/>
    <w:rsid w:val="00914199"/>
    <w:rsid w:val="00963B10"/>
    <w:rsid w:val="00972EDC"/>
    <w:rsid w:val="0097477D"/>
    <w:rsid w:val="009D27FE"/>
    <w:rsid w:val="00A23C7C"/>
    <w:rsid w:val="00A47519"/>
    <w:rsid w:val="00A955B7"/>
    <w:rsid w:val="00AA1D8D"/>
    <w:rsid w:val="00AD58D6"/>
    <w:rsid w:val="00AD765F"/>
    <w:rsid w:val="00AE2E7E"/>
    <w:rsid w:val="00AE53C8"/>
    <w:rsid w:val="00B16A66"/>
    <w:rsid w:val="00B31CDD"/>
    <w:rsid w:val="00B36A55"/>
    <w:rsid w:val="00B47730"/>
    <w:rsid w:val="00B50B5C"/>
    <w:rsid w:val="00C759C8"/>
    <w:rsid w:val="00C81409"/>
    <w:rsid w:val="00C8704F"/>
    <w:rsid w:val="00C90261"/>
    <w:rsid w:val="00CB0664"/>
    <w:rsid w:val="00D87C68"/>
    <w:rsid w:val="00DA146A"/>
    <w:rsid w:val="00DC66AD"/>
    <w:rsid w:val="00DC6DEA"/>
    <w:rsid w:val="00DF2CDA"/>
    <w:rsid w:val="00DF6754"/>
    <w:rsid w:val="00E01A22"/>
    <w:rsid w:val="00E62F8B"/>
    <w:rsid w:val="00EA1922"/>
    <w:rsid w:val="00ED3FEB"/>
    <w:rsid w:val="00EF2A38"/>
    <w:rsid w:val="00F33507"/>
    <w:rsid w:val="00F61264"/>
    <w:rsid w:val="00F8745C"/>
    <w:rsid w:val="00FA76E7"/>
    <w:rsid w:val="00FB5FDF"/>
    <w:rsid w:val="00FC693F"/>
    <w:rsid w:val="00FE2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."/>
  <w14:docId w14:val="02EDD8E0"/>
  <w14:defaultImageDpi w14:val="300"/>
  <w15:docId w15:val="{B3B32C49-5240-4860-B40C-3C43793D3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006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C9026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0261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89095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1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3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4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2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6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2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2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4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8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2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0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7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6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59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0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AAA</cp:lastModifiedBy>
  <cp:revision>3</cp:revision>
  <dcterms:created xsi:type="dcterms:W3CDTF">2025-10-29T03:11:00Z</dcterms:created>
  <dcterms:modified xsi:type="dcterms:W3CDTF">2025-10-29T03:16:00Z</dcterms:modified>
  <cp:category/>
</cp:coreProperties>
</file>