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2886" w:rsidRPr="000017CF" w:rsidRDefault="000C26C8" w:rsidP="000017C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017CF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D62886" w:rsidRPr="000017CF" w:rsidRDefault="000C26C8" w:rsidP="000017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17CF">
        <w:rPr>
          <w:rFonts w:ascii="Times New Roman" w:hAnsi="Times New Roman" w:cs="Times New Roman"/>
          <w:b/>
          <w:sz w:val="28"/>
          <w:szCs w:val="28"/>
        </w:rPr>
        <w:t>Độc lập – Tự do – Hạnh phúc</w:t>
      </w:r>
    </w:p>
    <w:p w:rsidR="000017CF" w:rsidRDefault="000017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1896745</wp:posOffset>
                </wp:positionH>
                <wp:positionV relativeFrom="paragraph">
                  <wp:posOffset>23495</wp:posOffset>
                </wp:positionV>
                <wp:extent cx="2130358" cy="0"/>
                <wp:effectExtent l="0" t="0" r="2286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03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FD6801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35pt,1.85pt" to="317.1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" strokecolor="black [3213]"/>
            </w:pict>
          </mc:Fallback>
        </mc:AlternateContent>
      </w:r>
    </w:p>
    <w:p w:rsidR="00D62886" w:rsidRPr="00A0753B" w:rsidRDefault="000C26C8">
      <w:pPr>
        <w:jc w:val="center"/>
        <w:rPr>
          <w:rFonts w:ascii="Times New Roman" w:hAnsi="Times New Roman" w:cs="Times New Roman"/>
          <w:sz w:val="30"/>
          <w:szCs w:val="30"/>
        </w:rPr>
      </w:pPr>
      <w:r w:rsidRPr="00A0753B">
        <w:rPr>
          <w:rFonts w:ascii="Times New Roman" w:hAnsi="Times New Roman" w:cs="Times New Roman"/>
          <w:b/>
          <w:sz w:val="30"/>
          <w:szCs w:val="30"/>
        </w:rPr>
        <w:t>ĐƠN XIN PHÉP NGHỈ HỌC</w:t>
      </w:r>
    </w:p>
    <w:p w:rsidR="00A0753B" w:rsidRPr="000017CF" w:rsidRDefault="000C26C8" w:rsidP="00A0753B">
      <w:pPr>
        <w:spacing w:after="12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0017CF">
        <w:rPr>
          <w:rFonts w:ascii="Times New Roman" w:hAnsi="Times New Roman" w:cs="Times New Roman"/>
          <w:sz w:val="28"/>
          <w:szCs w:val="28"/>
        </w:rPr>
        <w:t>Kính gửi:</w:t>
      </w:r>
      <w:r w:rsidR="008925EC">
        <w:rPr>
          <w:rFonts w:ascii="Times New Roman" w:hAnsi="Times New Roman" w:cs="Times New Roman"/>
          <w:sz w:val="28"/>
          <w:szCs w:val="28"/>
        </w:rPr>
        <w:t xml:space="preserve"> </w:t>
      </w:r>
      <w:r w:rsidR="00A0753B">
        <w:rPr>
          <w:rFonts w:ascii="Times New Roman" w:hAnsi="Times New Roman" w:cs="Times New Roman"/>
          <w:sz w:val="28"/>
          <w:szCs w:val="28"/>
        </w:rPr>
        <w:t xml:space="preserve">- </w:t>
      </w:r>
      <w:r w:rsidR="00A0753B" w:rsidRPr="000017CF">
        <w:rPr>
          <w:rFonts w:ascii="Times New Roman" w:hAnsi="Times New Roman" w:cs="Times New Roman"/>
          <w:sz w:val="28"/>
          <w:szCs w:val="28"/>
        </w:rPr>
        <w:t xml:space="preserve">Ban Giám hiệu </w:t>
      </w:r>
      <w:r w:rsidR="00A0753B">
        <w:rPr>
          <w:rFonts w:ascii="Times New Roman" w:hAnsi="Times New Roman" w:cs="Times New Roman"/>
          <w:sz w:val="28"/>
          <w:szCs w:val="28"/>
        </w:rPr>
        <w:t>Trường THPT Tân Bình - Bình Dương;</w:t>
      </w:r>
    </w:p>
    <w:p w:rsidR="00A0753B" w:rsidRDefault="008925EC" w:rsidP="00A0753B">
      <w:pPr>
        <w:spacing w:after="120" w:line="240" w:lineRule="auto"/>
        <w:ind w:firstLine="1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017CF">
        <w:rPr>
          <w:rFonts w:ascii="Times New Roman" w:hAnsi="Times New Roman" w:cs="Times New Roman"/>
          <w:sz w:val="28"/>
          <w:szCs w:val="28"/>
        </w:rPr>
        <w:t>Giáo viên chủ nhiệm lớp ...............................................</w:t>
      </w:r>
    </w:p>
    <w:p w:rsidR="00BA61C4" w:rsidRDefault="00BA61C4" w:rsidP="00BA61C4">
      <w:pPr>
        <w:tabs>
          <w:tab w:val="left" w:leader="dot" w:pos="9072"/>
        </w:tabs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Tôi</w:t>
      </w:r>
      <w:r w:rsidR="000C26C8" w:rsidRPr="000017CF">
        <w:rPr>
          <w:rFonts w:ascii="Times New Roman" w:hAnsi="Times New Roman" w:cs="Times New Roman"/>
          <w:sz w:val="28"/>
          <w:szCs w:val="28"/>
        </w:rPr>
        <w:t xml:space="preserve"> tên là: ......................................................</w:t>
      </w:r>
    </w:p>
    <w:p w:rsidR="00D62886" w:rsidRPr="000017CF" w:rsidRDefault="00BA61C4" w:rsidP="00BA61C4">
      <w:pPr>
        <w:tabs>
          <w:tab w:val="left" w:leader="dot" w:pos="5387"/>
          <w:tab w:val="left" w:leader="dot" w:pos="9072"/>
        </w:tabs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Cha/mẹ của em: </w:t>
      </w:r>
      <w:r>
        <w:rPr>
          <w:rFonts w:ascii="Times New Roman" w:hAnsi="Times New Roman" w:cs="Times New Roman"/>
          <w:sz w:val="28"/>
          <w:szCs w:val="28"/>
        </w:rPr>
        <w:tab/>
        <w:t>Sinh ngày: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017CF" w:rsidRDefault="00B6486F" w:rsidP="000017CF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Giới tính:</w:t>
      </w:r>
      <w:r w:rsidRPr="00B6486F">
        <w:rPr>
          <w:rFonts w:ascii="Times New Roman" w:hAnsi="Times New Roman" w:cs="Times New Roman"/>
          <w:sz w:val="28"/>
          <w:szCs w:val="28"/>
        </w:rPr>
        <w:t xml:space="preserve"> </w:t>
      </w:r>
      <w:r w:rsidRPr="000017CF">
        <w:rPr>
          <w:rFonts w:ascii="Times New Roman" w:hAnsi="Times New Roman" w:cs="Times New Roman"/>
          <w:sz w:val="28"/>
          <w:szCs w:val="28"/>
        </w:rPr>
        <w:t>.....</w:t>
      </w:r>
      <w:r>
        <w:rPr>
          <w:rFonts w:ascii="Times New Roman" w:hAnsi="Times New Roman" w:cs="Times New Roman"/>
          <w:sz w:val="28"/>
          <w:szCs w:val="28"/>
        </w:rPr>
        <w:t>........</w:t>
      </w:r>
      <w:r w:rsidRPr="000017CF">
        <w:rPr>
          <w:rFonts w:ascii="Times New Roman" w:hAnsi="Times New Roman" w:cs="Times New Roman"/>
          <w:sz w:val="28"/>
          <w:szCs w:val="28"/>
        </w:rPr>
        <w:t>.....</w:t>
      </w:r>
      <w:r w:rsidR="00B23294">
        <w:rPr>
          <w:rFonts w:ascii="Times New Roman" w:hAnsi="Times New Roman" w:cs="Times New Roman"/>
          <w:sz w:val="28"/>
          <w:szCs w:val="28"/>
        </w:rPr>
        <w:t xml:space="preserve"> </w:t>
      </w:r>
      <w:r w:rsidR="000C26C8" w:rsidRPr="000017CF">
        <w:rPr>
          <w:rFonts w:ascii="Times New Roman" w:hAnsi="Times New Roman" w:cs="Times New Roman"/>
          <w:sz w:val="28"/>
          <w:szCs w:val="28"/>
        </w:rPr>
        <w:t>Học sinh lớp: ...</w:t>
      </w:r>
      <w:r>
        <w:rPr>
          <w:rFonts w:ascii="Times New Roman" w:hAnsi="Times New Roman" w:cs="Times New Roman"/>
          <w:sz w:val="28"/>
          <w:szCs w:val="28"/>
        </w:rPr>
        <w:t>....</w:t>
      </w:r>
      <w:r w:rsidR="000C26C8" w:rsidRPr="000017CF">
        <w:rPr>
          <w:rFonts w:ascii="Times New Roman" w:hAnsi="Times New Roman" w:cs="Times New Roman"/>
          <w:sz w:val="28"/>
          <w:szCs w:val="28"/>
        </w:rPr>
        <w:t>...................</w:t>
      </w:r>
      <w:r w:rsidR="00B232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Năm học</w:t>
      </w:r>
      <w:r w:rsidRPr="000017CF">
        <w:rPr>
          <w:rFonts w:ascii="Times New Roman" w:hAnsi="Times New Roman" w:cs="Times New Roman"/>
          <w:sz w:val="28"/>
          <w:szCs w:val="28"/>
        </w:rPr>
        <w:t>................</w:t>
      </w:r>
      <w:r>
        <w:rPr>
          <w:rFonts w:ascii="Times New Roman" w:hAnsi="Times New Roman" w:cs="Times New Roman"/>
          <w:sz w:val="28"/>
          <w:szCs w:val="28"/>
        </w:rPr>
        <w:t>......</w:t>
      </w:r>
      <w:r w:rsidRPr="000017CF">
        <w:rPr>
          <w:rFonts w:ascii="Times New Roman" w:hAnsi="Times New Roman" w:cs="Times New Roman"/>
          <w:sz w:val="28"/>
          <w:szCs w:val="28"/>
        </w:rPr>
        <w:t>......</w:t>
      </w:r>
      <w:r w:rsidR="000017CF">
        <w:rPr>
          <w:rFonts w:ascii="Times New Roman" w:hAnsi="Times New Roman" w:cs="Times New Roman"/>
          <w:sz w:val="28"/>
          <w:szCs w:val="28"/>
        </w:rPr>
        <w:t>.</w:t>
      </w:r>
    </w:p>
    <w:p w:rsidR="00BA61C4" w:rsidRDefault="00BA61C4" w:rsidP="00BA61C4">
      <w:pPr>
        <w:tabs>
          <w:tab w:val="left" w:leader="dot" w:pos="9072"/>
        </w:tabs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Địa chỉ thường trú: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62886" w:rsidRPr="000017CF" w:rsidRDefault="000C26C8" w:rsidP="000017CF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7CF">
        <w:rPr>
          <w:rFonts w:ascii="Times New Roman" w:hAnsi="Times New Roman" w:cs="Times New Roman"/>
          <w:sz w:val="28"/>
          <w:szCs w:val="28"/>
        </w:rPr>
        <w:t xml:space="preserve">Nay </w:t>
      </w:r>
      <w:r w:rsidR="00B6486F">
        <w:rPr>
          <w:rFonts w:ascii="Times New Roman" w:hAnsi="Times New Roman" w:cs="Times New Roman"/>
          <w:sz w:val="28"/>
          <w:szCs w:val="28"/>
        </w:rPr>
        <w:t>tôi</w:t>
      </w:r>
      <w:r w:rsidRPr="000017CF">
        <w:rPr>
          <w:rFonts w:ascii="Times New Roman" w:hAnsi="Times New Roman" w:cs="Times New Roman"/>
          <w:sz w:val="28"/>
          <w:szCs w:val="28"/>
        </w:rPr>
        <w:t xml:space="preserve"> </w:t>
      </w:r>
      <w:r w:rsidR="00B6486F">
        <w:rPr>
          <w:rFonts w:ascii="Times New Roman" w:hAnsi="Times New Roman" w:cs="Times New Roman"/>
          <w:sz w:val="28"/>
          <w:szCs w:val="28"/>
        </w:rPr>
        <w:t>làm</w:t>
      </w:r>
      <w:r w:rsidRPr="000017CF">
        <w:rPr>
          <w:rFonts w:ascii="Times New Roman" w:hAnsi="Times New Roman" w:cs="Times New Roman"/>
          <w:sz w:val="28"/>
          <w:szCs w:val="28"/>
        </w:rPr>
        <w:t xml:space="preserve"> đơn này xin phép</w:t>
      </w:r>
      <w:r w:rsidR="00B23294">
        <w:rPr>
          <w:rFonts w:ascii="Times New Roman" w:hAnsi="Times New Roman" w:cs="Times New Roman"/>
          <w:sz w:val="28"/>
          <w:szCs w:val="28"/>
        </w:rPr>
        <w:t xml:space="preserve"> </w:t>
      </w:r>
      <w:r w:rsidR="00B23294" w:rsidRPr="000017CF">
        <w:rPr>
          <w:rFonts w:ascii="Times New Roman" w:hAnsi="Times New Roman" w:cs="Times New Roman"/>
          <w:sz w:val="28"/>
          <w:szCs w:val="28"/>
        </w:rPr>
        <w:t>Ban Giám hiệu</w:t>
      </w:r>
      <w:r w:rsidR="00B23294">
        <w:rPr>
          <w:rFonts w:ascii="Times New Roman" w:hAnsi="Times New Roman" w:cs="Times New Roman"/>
          <w:sz w:val="28"/>
          <w:szCs w:val="28"/>
        </w:rPr>
        <w:t xml:space="preserve"> nhà trường, g</w:t>
      </w:r>
      <w:r w:rsidR="00B23294" w:rsidRPr="000017CF">
        <w:rPr>
          <w:rFonts w:ascii="Times New Roman" w:hAnsi="Times New Roman" w:cs="Times New Roman"/>
          <w:sz w:val="28"/>
          <w:szCs w:val="28"/>
        </w:rPr>
        <w:t>iáo viên chủ nhiệm</w:t>
      </w:r>
      <w:r w:rsidR="00B23294">
        <w:rPr>
          <w:rFonts w:ascii="Times New Roman" w:hAnsi="Times New Roman" w:cs="Times New Roman"/>
          <w:sz w:val="28"/>
          <w:szCs w:val="28"/>
        </w:rPr>
        <w:t xml:space="preserve"> lớp </w:t>
      </w:r>
      <w:r w:rsidR="00B23294" w:rsidRPr="000017CF">
        <w:rPr>
          <w:rFonts w:ascii="Times New Roman" w:hAnsi="Times New Roman" w:cs="Times New Roman"/>
          <w:sz w:val="28"/>
          <w:szCs w:val="28"/>
        </w:rPr>
        <w:t>.....</w:t>
      </w:r>
      <w:r w:rsidR="00B23294">
        <w:rPr>
          <w:rFonts w:ascii="Times New Roman" w:hAnsi="Times New Roman" w:cs="Times New Roman"/>
          <w:sz w:val="28"/>
          <w:szCs w:val="28"/>
        </w:rPr>
        <w:t>...</w:t>
      </w:r>
      <w:r w:rsidR="00B23294">
        <w:rPr>
          <w:rFonts w:ascii="Times New Roman" w:hAnsi="Times New Roman" w:cs="Times New Roman"/>
          <w:sz w:val="28"/>
          <w:szCs w:val="28"/>
        </w:rPr>
        <w:t xml:space="preserve"> cho phép con tôi được nghỉ học</w:t>
      </w:r>
      <w:r w:rsidR="00B23294" w:rsidRPr="000017CF">
        <w:rPr>
          <w:rFonts w:ascii="Times New Roman" w:hAnsi="Times New Roman" w:cs="Times New Roman"/>
          <w:sz w:val="28"/>
          <w:szCs w:val="28"/>
        </w:rPr>
        <w:t>.....</w:t>
      </w:r>
      <w:r w:rsidR="00B23294">
        <w:rPr>
          <w:rFonts w:ascii="Times New Roman" w:hAnsi="Times New Roman" w:cs="Times New Roman"/>
          <w:sz w:val="28"/>
          <w:szCs w:val="28"/>
        </w:rPr>
        <w:t>.</w:t>
      </w:r>
      <w:r w:rsidR="00B23294">
        <w:rPr>
          <w:rFonts w:ascii="Times New Roman" w:hAnsi="Times New Roman" w:cs="Times New Roman"/>
          <w:sz w:val="28"/>
          <w:szCs w:val="28"/>
        </w:rPr>
        <w:t xml:space="preserve">buổi/ngày, </w:t>
      </w:r>
      <w:r w:rsidRPr="000017CF">
        <w:rPr>
          <w:rFonts w:ascii="Times New Roman" w:hAnsi="Times New Roman" w:cs="Times New Roman"/>
          <w:sz w:val="28"/>
          <w:szCs w:val="28"/>
        </w:rPr>
        <w:t>từ ngày ....../....../20.... đến ngày ....../....../20....</w:t>
      </w:r>
    </w:p>
    <w:p w:rsidR="000017CF" w:rsidRDefault="000017CF" w:rsidP="00B23294">
      <w:pPr>
        <w:tabs>
          <w:tab w:val="left" w:leader="dot" w:pos="9072"/>
        </w:tabs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Lý do:</w:t>
      </w:r>
      <w:r w:rsidR="00B23294">
        <w:rPr>
          <w:rFonts w:ascii="Times New Roman" w:hAnsi="Times New Roman" w:cs="Times New Roman"/>
          <w:sz w:val="28"/>
          <w:szCs w:val="28"/>
        </w:rPr>
        <w:tab/>
      </w:r>
    </w:p>
    <w:p w:rsidR="00AD61A7" w:rsidRDefault="00AD61A7" w:rsidP="00AD61A7">
      <w:pPr>
        <w:tabs>
          <w:tab w:val="left" w:leader="dot" w:pos="9072"/>
        </w:tabs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Giấy tờ kèm theo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(nếu có):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62886" w:rsidRPr="000017CF" w:rsidRDefault="000C26C8" w:rsidP="000017CF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7CF">
        <w:rPr>
          <w:rFonts w:ascii="Times New Roman" w:hAnsi="Times New Roman" w:cs="Times New Roman"/>
          <w:sz w:val="28"/>
          <w:szCs w:val="28"/>
        </w:rPr>
        <w:t xml:space="preserve">Trong thời gian nghỉ, xin cam </w:t>
      </w:r>
      <w:r w:rsidR="00AD61A7">
        <w:rPr>
          <w:rFonts w:ascii="Times New Roman" w:hAnsi="Times New Roman" w:cs="Times New Roman"/>
          <w:sz w:val="28"/>
          <w:szCs w:val="28"/>
        </w:rPr>
        <w:t>đoan con tôi</w:t>
      </w:r>
      <w:r w:rsidRPr="000017CF">
        <w:rPr>
          <w:rFonts w:ascii="Times New Roman" w:hAnsi="Times New Roman" w:cs="Times New Roman"/>
          <w:sz w:val="28"/>
          <w:szCs w:val="28"/>
        </w:rPr>
        <w:t xml:space="preserve"> sẽ chép bài, </w:t>
      </w:r>
      <w:r w:rsidR="00AD61A7">
        <w:rPr>
          <w:rFonts w:ascii="Times New Roman" w:hAnsi="Times New Roman" w:cs="Times New Roman"/>
          <w:sz w:val="28"/>
          <w:szCs w:val="28"/>
        </w:rPr>
        <w:t xml:space="preserve">học thuộc bài và </w:t>
      </w:r>
      <w:r w:rsidRPr="000017CF">
        <w:rPr>
          <w:rFonts w:ascii="Times New Roman" w:hAnsi="Times New Roman" w:cs="Times New Roman"/>
          <w:sz w:val="28"/>
          <w:szCs w:val="28"/>
        </w:rPr>
        <w:t>làm bài tập đầy đủ và quay lại học ngay sau khi hết thời gian nghỉ.</w:t>
      </w:r>
    </w:p>
    <w:p w:rsidR="000017CF" w:rsidRDefault="000C26C8" w:rsidP="000017CF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7CF">
        <w:rPr>
          <w:rFonts w:ascii="Times New Roman" w:hAnsi="Times New Roman" w:cs="Times New Roman"/>
          <w:sz w:val="28"/>
          <w:szCs w:val="28"/>
        </w:rPr>
        <w:t>Kính mong thầy/cô xem xét và chấp thuận.</w:t>
      </w:r>
    </w:p>
    <w:p w:rsidR="00D62886" w:rsidRPr="000017CF" w:rsidRDefault="008260DA" w:rsidP="000017CF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Tôi</w:t>
      </w:r>
      <w:r w:rsidR="000C26C8" w:rsidRPr="000017CF">
        <w:rPr>
          <w:rFonts w:ascii="Times New Roman" w:hAnsi="Times New Roman" w:cs="Times New Roman"/>
          <w:sz w:val="28"/>
          <w:szCs w:val="28"/>
        </w:rPr>
        <w:t xml:space="preserve"> xin chân thành cảm ơn!</w:t>
      </w:r>
    </w:p>
    <w:p w:rsidR="00D62886" w:rsidRDefault="000C26C8" w:rsidP="000017CF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0017CF">
        <w:rPr>
          <w:rFonts w:ascii="Times New Roman" w:hAnsi="Times New Roman" w:cs="Times New Roman"/>
          <w:sz w:val="28"/>
          <w:szCs w:val="28"/>
        </w:rPr>
        <w:br/>
      </w:r>
      <w:r w:rsidR="000017CF" w:rsidRPr="000017CF">
        <w:rPr>
          <w:rFonts w:ascii="Times New Roman" w:hAnsi="Times New Roman" w:cs="Times New Roman"/>
          <w:i/>
          <w:sz w:val="28"/>
          <w:szCs w:val="28"/>
        </w:rPr>
        <w:t>Thành phố Hồ Chí Minh</w:t>
      </w:r>
      <w:r w:rsidRPr="000017CF">
        <w:rPr>
          <w:rFonts w:ascii="Times New Roman" w:hAnsi="Times New Roman" w:cs="Times New Roman"/>
          <w:i/>
          <w:sz w:val="28"/>
          <w:szCs w:val="28"/>
        </w:rPr>
        <w:t>, ngày….tháng….năm 20</w:t>
      </w:r>
      <w:r w:rsidR="008260DA">
        <w:rPr>
          <w:rFonts w:ascii="Times New Roman" w:hAnsi="Times New Roman" w:cs="Times New Roman"/>
          <w:i/>
          <w:sz w:val="28"/>
          <w:szCs w:val="28"/>
        </w:rPr>
        <w:t>….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  <w:gridCol w:w="4698"/>
      </w:tblGrid>
      <w:tr w:rsidR="008260DA" w:rsidTr="00CD1C85">
        <w:tc>
          <w:tcPr>
            <w:tcW w:w="4697" w:type="dxa"/>
          </w:tcPr>
          <w:p w:rsidR="008260DA" w:rsidRDefault="00CD1C85" w:rsidP="00826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Ý kiến của GVCN</w:t>
            </w:r>
          </w:p>
          <w:p w:rsidR="00CD1C85" w:rsidRPr="00CD1C85" w:rsidRDefault="00CD1C85" w:rsidP="008260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Xác nhận đơn trên là đúng.</w:t>
            </w:r>
          </w:p>
          <w:p w:rsidR="008260DA" w:rsidRPr="00CD1C85" w:rsidRDefault="008260DA" w:rsidP="008260D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1C85">
              <w:rPr>
                <w:rFonts w:ascii="Times New Roman" w:hAnsi="Times New Roman" w:cs="Times New Roman"/>
                <w:i/>
                <w:sz w:val="28"/>
                <w:szCs w:val="28"/>
              </w:rPr>
              <w:t>(Ký và ghi rõ họ tên)</w:t>
            </w:r>
          </w:p>
        </w:tc>
        <w:tc>
          <w:tcPr>
            <w:tcW w:w="4698" w:type="dxa"/>
          </w:tcPr>
          <w:p w:rsidR="008260DA" w:rsidRPr="00CD1C85" w:rsidRDefault="008260DA" w:rsidP="00826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C85">
              <w:rPr>
                <w:rFonts w:ascii="Times New Roman" w:hAnsi="Times New Roman" w:cs="Times New Roman"/>
                <w:b/>
                <w:sz w:val="28"/>
                <w:szCs w:val="28"/>
              </w:rPr>
              <w:t>Người viết đơn</w:t>
            </w:r>
          </w:p>
          <w:p w:rsidR="008260DA" w:rsidRPr="00CD1C85" w:rsidRDefault="008260DA" w:rsidP="008260D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1C85">
              <w:rPr>
                <w:rFonts w:ascii="Times New Roman" w:hAnsi="Times New Roman" w:cs="Times New Roman"/>
                <w:i/>
                <w:sz w:val="28"/>
                <w:szCs w:val="28"/>
              </w:rPr>
              <w:t>(Ký và ghi rõ họ tên)</w:t>
            </w:r>
          </w:p>
        </w:tc>
      </w:tr>
    </w:tbl>
    <w:p w:rsidR="008260DA" w:rsidRPr="008260DA" w:rsidRDefault="008260DA" w:rsidP="008260D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260DA" w:rsidRPr="008260DA" w:rsidSect="00A0753B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0B7E" w:rsidRDefault="00A40B7E" w:rsidP="000017CF">
      <w:pPr>
        <w:spacing w:after="0" w:line="240" w:lineRule="auto"/>
      </w:pPr>
      <w:r>
        <w:separator/>
      </w:r>
    </w:p>
  </w:endnote>
  <w:endnote w:type="continuationSeparator" w:id="0">
    <w:p w:rsidR="00A40B7E" w:rsidRDefault="00A40B7E" w:rsidP="00001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0B7E" w:rsidRDefault="00A40B7E" w:rsidP="000017CF">
      <w:pPr>
        <w:spacing w:after="0" w:line="240" w:lineRule="auto"/>
      </w:pPr>
      <w:r>
        <w:separator/>
      </w:r>
    </w:p>
  </w:footnote>
  <w:footnote w:type="continuationSeparator" w:id="0">
    <w:p w:rsidR="00A40B7E" w:rsidRDefault="00A40B7E" w:rsidP="000017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17CF"/>
    <w:rsid w:val="00034616"/>
    <w:rsid w:val="0006063C"/>
    <w:rsid w:val="000C26C8"/>
    <w:rsid w:val="0015074B"/>
    <w:rsid w:val="0029639D"/>
    <w:rsid w:val="00326F90"/>
    <w:rsid w:val="003673EB"/>
    <w:rsid w:val="008260DA"/>
    <w:rsid w:val="008925EC"/>
    <w:rsid w:val="00A0753B"/>
    <w:rsid w:val="00A40B7E"/>
    <w:rsid w:val="00AA1D8D"/>
    <w:rsid w:val="00AD61A7"/>
    <w:rsid w:val="00B23294"/>
    <w:rsid w:val="00B47730"/>
    <w:rsid w:val="00B6486F"/>
    <w:rsid w:val="00BA61C4"/>
    <w:rsid w:val="00C663B7"/>
    <w:rsid w:val="00CB0664"/>
    <w:rsid w:val="00CD1C85"/>
    <w:rsid w:val="00D628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1125A0"/>
  <w14:defaultImageDpi w14:val="300"/>
  <w15:docId w15:val="{BC3178B8-C82D-41B2-BD85-E6B542122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5D8DA5-83D8-4D93-BFF6-E6E524A7F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4</cp:revision>
  <dcterms:created xsi:type="dcterms:W3CDTF">2025-10-22T03:45:00Z</dcterms:created>
  <dcterms:modified xsi:type="dcterms:W3CDTF">2026-10-08T03:37:00Z</dcterms:modified>
  <cp:category/>
</cp:coreProperties>
</file>